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EA32C" w14:textId="77777777" w:rsidR="00E22912" w:rsidRDefault="00E22912" w:rsidP="00E00765">
      <w:pPr>
        <w:jc w:val="center"/>
        <w:rPr>
          <w:color w:val="646464"/>
          <w:sz w:val="28"/>
          <w:szCs w:val="28"/>
        </w:rPr>
      </w:pPr>
    </w:p>
    <w:p w14:paraId="0435FD31" w14:textId="77777777" w:rsidR="00E22912" w:rsidRPr="00E22912" w:rsidRDefault="00E22912" w:rsidP="00E00765">
      <w:pPr>
        <w:jc w:val="center"/>
        <w:rPr>
          <w:b/>
          <w:bCs/>
          <w:color w:val="646464"/>
          <w:sz w:val="24"/>
          <w:szCs w:val="24"/>
        </w:rPr>
      </w:pPr>
    </w:p>
    <w:p w14:paraId="66F1B443" w14:textId="71A9AA87" w:rsidR="00E00765" w:rsidRPr="00E22912" w:rsidRDefault="00E00765" w:rsidP="00E22912">
      <w:pPr>
        <w:jc w:val="center"/>
        <w:rPr>
          <w:b/>
          <w:bCs/>
          <w:color w:val="646464"/>
          <w:sz w:val="24"/>
          <w:szCs w:val="24"/>
        </w:rPr>
      </w:pPr>
      <w:r w:rsidRPr="00E22912">
        <w:rPr>
          <w:b/>
          <w:bCs/>
          <w:color w:val="646464"/>
          <w:sz w:val="24"/>
          <w:szCs w:val="24"/>
        </w:rPr>
        <w:t>C</w:t>
      </w:r>
      <w:r w:rsidR="00E22912" w:rsidRPr="00E22912">
        <w:rPr>
          <w:b/>
          <w:bCs/>
          <w:color w:val="646464"/>
          <w:sz w:val="24"/>
          <w:szCs w:val="24"/>
        </w:rPr>
        <w:t>ARTA DE PATROCINIO CONCURSO CON COLABORACIÓN INTERNACIONAL</w:t>
      </w:r>
    </w:p>
    <w:p w14:paraId="722878C9" w14:textId="429E6617" w:rsidR="009E57E9" w:rsidRPr="006022CE" w:rsidRDefault="00000000" w:rsidP="00E22912">
      <w:pPr>
        <w:jc w:val="right"/>
        <w:rPr>
          <w:sz w:val="20"/>
          <w:szCs w:val="20"/>
        </w:rPr>
      </w:pPr>
      <w:r w:rsidRPr="006022CE">
        <w:rPr>
          <w:color w:val="646464"/>
          <w:sz w:val="20"/>
          <w:szCs w:val="20"/>
        </w:rPr>
        <w:t xml:space="preserve">Santiago, _____ de __________________ </w:t>
      </w:r>
      <w:r w:rsidR="006022CE">
        <w:rPr>
          <w:color w:val="646464"/>
          <w:sz w:val="20"/>
          <w:szCs w:val="20"/>
        </w:rPr>
        <w:t>del</w:t>
      </w:r>
      <w:r w:rsidRPr="006022CE">
        <w:rPr>
          <w:color w:val="646464"/>
          <w:sz w:val="20"/>
          <w:szCs w:val="20"/>
        </w:rPr>
        <w:t xml:space="preserve"> 2026</w:t>
      </w:r>
    </w:p>
    <w:p w14:paraId="15AEA04C" w14:textId="77777777" w:rsidR="009E57E9" w:rsidRPr="006022CE" w:rsidRDefault="00000000">
      <w:pPr>
        <w:spacing w:after="40"/>
        <w:rPr>
          <w:bCs/>
          <w:color w:val="404040" w:themeColor="text1" w:themeTint="BF"/>
          <w:sz w:val="20"/>
          <w:szCs w:val="20"/>
        </w:rPr>
      </w:pPr>
      <w:r w:rsidRPr="006022CE">
        <w:rPr>
          <w:bCs/>
          <w:color w:val="404040" w:themeColor="text1" w:themeTint="BF"/>
          <w:sz w:val="20"/>
          <w:szCs w:val="20"/>
        </w:rPr>
        <w:t>Dra. Macarena Sánchez Pérez</w:t>
      </w:r>
    </w:p>
    <w:p w14:paraId="67483F07" w14:textId="510FD6AC" w:rsidR="009E57E9" w:rsidRPr="006022CE" w:rsidRDefault="00000000">
      <w:pPr>
        <w:spacing w:after="40"/>
        <w:rPr>
          <w:bCs/>
          <w:sz w:val="20"/>
          <w:szCs w:val="20"/>
        </w:rPr>
      </w:pPr>
      <w:r w:rsidRPr="006022CE">
        <w:rPr>
          <w:bCs/>
          <w:sz w:val="20"/>
          <w:szCs w:val="20"/>
        </w:rPr>
        <w:t xml:space="preserve">Directora de Investigación </w:t>
      </w:r>
    </w:p>
    <w:p w14:paraId="59A6CAF4" w14:textId="77777777" w:rsidR="009E57E9" w:rsidRPr="006022CE" w:rsidRDefault="00000000">
      <w:pPr>
        <w:spacing w:after="40"/>
        <w:rPr>
          <w:bCs/>
          <w:sz w:val="20"/>
          <w:szCs w:val="20"/>
        </w:rPr>
      </w:pPr>
      <w:r w:rsidRPr="006022CE">
        <w:rPr>
          <w:bCs/>
          <w:sz w:val="20"/>
          <w:szCs w:val="20"/>
        </w:rPr>
        <w:t>Vicerrectoría de Investigación, Creación Artística e Innovación (VRICAI)</w:t>
      </w:r>
    </w:p>
    <w:p w14:paraId="6EC4E38E" w14:textId="77777777" w:rsidR="009E57E9" w:rsidRPr="006022CE" w:rsidRDefault="00000000">
      <w:pPr>
        <w:spacing w:after="240"/>
        <w:rPr>
          <w:bCs/>
          <w:sz w:val="20"/>
          <w:szCs w:val="20"/>
        </w:rPr>
      </w:pPr>
      <w:r w:rsidRPr="006022CE">
        <w:rPr>
          <w:bCs/>
          <w:sz w:val="20"/>
          <w:szCs w:val="20"/>
        </w:rPr>
        <w:t>Universidad Finis Terrae</w:t>
      </w:r>
    </w:p>
    <w:p w14:paraId="6834AD8C" w14:textId="317536FD" w:rsidR="009E57E9" w:rsidRPr="006022CE" w:rsidRDefault="00000000" w:rsidP="006663B1">
      <w:pPr>
        <w:spacing w:after="360"/>
        <w:rPr>
          <w:bCs/>
          <w:sz w:val="20"/>
          <w:szCs w:val="20"/>
        </w:rPr>
      </w:pPr>
      <w:proofErr w:type="spellStart"/>
      <w:r w:rsidRPr="006022CE">
        <w:rPr>
          <w:bCs/>
          <w:sz w:val="20"/>
          <w:szCs w:val="20"/>
        </w:rPr>
        <w:t>Presente</w:t>
      </w:r>
      <w:proofErr w:type="spellEnd"/>
      <w:r w:rsidRPr="006022CE">
        <w:rPr>
          <w:bCs/>
          <w:sz w:val="20"/>
          <w:szCs w:val="20"/>
        </w:rPr>
        <w:t>.</w:t>
      </w:r>
    </w:p>
    <w:p w14:paraId="47F2B677" w14:textId="77777777" w:rsidR="009E57E9" w:rsidRPr="006022CE" w:rsidRDefault="00000000">
      <w:pPr>
        <w:jc w:val="both"/>
        <w:rPr>
          <w:bCs/>
          <w:sz w:val="20"/>
          <w:szCs w:val="20"/>
        </w:rPr>
      </w:pPr>
      <w:r w:rsidRPr="006022CE">
        <w:rPr>
          <w:bCs/>
          <w:sz w:val="20"/>
          <w:szCs w:val="20"/>
        </w:rPr>
        <w:t xml:space="preserve">Junto con saludar, a través de la presente carta expreso el patrocinio y apoyo institucional formal de la Facultad de </w:t>
      </w:r>
      <w:r w:rsidRPr="006022CE">
        <w:rPr>
          <w:bCs/>
          <w:color w:val="C0392B"/>
          <w:sz w:val="20"/>
          <w:szCs w:val="20"/>
        </w:rPr>
        <w:t>[Nombre de la Facultad]</w:t>
      </w:r>
      <w:r w:rsidRPr="006022CE">
        <w:rPr>
          <w:bCs/>
          <w:sz w:val="20"/>
          <w:szCs w:val="20"/>
        </w:rPr>
        <w:t xml:space="preserve"> a la postulación del proyecto de investigación titulado </w:t>
      </w:r>
      <w:r w:rsidRPr="006022CE">
        <w:rPr>
          <w:bCs/>
          <w:color w:val="C0392B"/>
          <w:sz w:val="20"/>
          <w:szCs w:val="20"/>
        </w:rPr>
        <w:t>“[Título completo de la propuesta de investigación]”</w:t>
      </w:r>
      <w:r w:rsidRPr="006022CE">
        <w:rPr>
          <w:bCs/>
          <w:sz w:val="20"/>
          <w:szCs w:val="20"/>
        </w:rPr>
        <w:t xml:space="preserve">, presentado por el/la académico/a </w:t>
      </w:r>
      <w:r w:rsidRPr="006022CE">
        <w:rPr>
          <w:bCs/>
          <w:color w:val="C0392B"/>
          <w:sz w:val="20"/>
          <w:szCs w:val="20"/>
        </w:rPr>
        <w:t>[Nombre del/de la Investigador/a Responsable]</w:t>
      </w:r>
      <w:r w:rsidRPr="006022CE">
        <w:rPr>
          <w:bCs/>
          <w:sz w:val="20"/>
          <w:szCs w:val="20"/>
        </w:rPr>
        <w:t>, en calidad de Investigador/a Responsable (IR) para la convocatoria del Concurso de Investigación con Colaboración Internacional (CICI) 2026.</w:t>
      </w:r>
    </w:p>
    <w:p w14:paraId="454ECE91" w14:textId="49C69975" w:rsidR="009E57E9" w:rsidRPr="006022CE" w:rsidRDefault="00000000">
      <w:pPr>
        <w:jc w:val="both"/>
        <w:rPr>
          <w:bCs/>
          <w:sz w:val="20"/>
          <w:szCs w:val="20"/>
        </w:rPr>
      </w:pPr>
      <w:r w:rsidRPr="006022CE">
        <w:rPr>
          <w:bCs/>
          <w:sz w:val="20"/>
          <w:szCs w:val="20"/>
        </w:rPr>
        <w:t xml:space="preserve">Certifico que la propuesta presentada ha sido revisada por la Dirección de Investigación de esta </w:t>
      </w:r>
      <w:r w:rsidRPr="006022CE">
        <w:rPr>
          <w:bCs/>
          <w:color w:val="404040" w:themeColor="text1" w:themeTint="BF"/>
          <w:sz w:val="20"/>
          <w:szCs w:val="20"/>
        </w:rPr>
        <w:t xml:space="preserve">Facultad, constatándose su directa coherencia con el Proyecto Universitario y con las Áreas Prioritarias de Desarrollo Académico de nuestra unidad. Asimismo, ratifico que el </w:t>
      </w:r>
      <w:proofErr w:type="spellStart"/>
      <w:r w:rsidRPr="006022CE">
        <w:rPr>
          <w:bCs/>
          <w:color w:val="404040" w:themeColor="text1" w:themeTint="BF"/>
          <w:sz w:val="20"/>
          <w:szCs w:val="20"/>
        </w:rPr>
        <w:t>proyecto</w:t>
      </w:r>
      <w:proofErr w:type="spellEnd"/>
      <w:r w:rsidRPr="006022CE">
        <w:rPr>
          <w:bCs/>
          <w:color w:val="404040" w:themeColor="text1" w:themeTint="BF"/>
          <w:sz w:val="20"/>
          <w:szCs w:val="20"/>
        </w:rPr>
        <w:t xml:space="preserve"> </w:t>
      </w:r>
      <w:proofErr w:type="spellStart"/>
      <w:r w:rsidRPr="006022CE">
        <w:rPr>
          <w:bCs/>
          <w:color w:val="404040" w:themeColor="text1" w:themeTint="BF"/>
          <w:sz w:val="20"/>
          <w:szCs w:val="20"/>
        </w:rPr>
        <w:t>representa</w:t>
      </w:r>
      <w:proofErr w:type="spellEnd"/>
      <w:r w:rsidRPr="006022CE">
        <w:rPr>
          <w:bCs/>
          <w:color w:val="404040" w:themeColor="text1" w:themeTint="BF"/>
          <w:sz w:val="20"/>
          <w:szCs w:val="20"/>
        </w:rPr>
        <w:t xml:space="preserve"> </w:t>
      </w:r>
      <w:proofErr w:type="spellStart"/>
      <w:r w:rsidRPr="006022CE">
        <w:rPr>
          <w:bCs/>
          <w:color w:val="404040" w:themeColor="text1" w:themeTint="BF"/>
          <w:sz w:val="20"/>
          <w:szCs w:val="20"/>
        </w:rPr>
        <w:t>una</w:t>
      </w:r>
      <w:proofErr w:type="spellEnd"/>
      <w:r w:rsidRPr="006022CE">
        <w:rPr>
          <w:bCs/>
          <w:color w:val="404040" w:themeColor="text1" w:themeTint="BF"/>
          <w:sz w:val="20"/>
          <w:szCs w:val="20"/>
        </w:rPr>
        <w:t xml:space="preserve"> </w:t>
      </w:r>
      <w:proofErr w:type="spellStart"/>
      <w:r w:rsidRPr="006022CE">
        <w:rPr>
          <w:bCs/>
          <w:color w:val="404040" w:themeColor="text1" w:themeTint="BF"/>
          <w:sz w:val="20"/>
          <w:szCs w:val="20"/>
        </w:rPr>
        <w:t>contribución</w:t>
      </w:r>
      <w:proofErr w:type="spellEnd"/>
      <w:r w:rsidRPr="006022CE">
        <w:rPr>
          <w:bCs/>
          <w:color w:val="404040" w:themeColor="text1" w:themeTint="BF"/>
          <w:sz w:val="20"/>
          <w:szCs w:val="20"/>
        </w:rPr>
        <w:t xml:space="preserve"> </w:t>
      </w:r>
      <w:proofErr w:type="spellStart"/>
      <w:r w:rsidRPr="006022CE">
        <w:rPr>
          <w:bCs/>
          <w:color w:val="404040" w:themeColor="text1" w:themeTint="BF"/>
          <w:sz w:val="20"/>
          <w:szCs w:val="20"/>
        </w:rPr>
        <w:t>sustantiva</w:t>
      </w:r>
      <w:proofErr w:type="spellEnd"/>
      <w:r w:rsidRPr="006022CE">
        <w:rPr>
          <w:bCs/>
          <w:color w:val="404040" w:themeColor="text1" w:themeTint="BF"/>
          <w:sz w:val="20"/>
          <w:szCs w:val="20"/>
        </w:rPr>
        <w:t xml:space="preserve"> </w:t>
      </w:r>
      <w:r w:rsidRPr="006022CE">
        <w:rPr>
          <w:bCs/>
          <w:sz w:val="20"/>
          <w:szCs w:val="20"/>
        </w:rPr>
        <w:t xml:space="preserve">al </w:t>
      </w:r>
      <w:proofErr w:type="spellStart"/>
      <w:r w:rsidRPr="006022CE">
        <w:rPr>
          <w:bCs/>
          <w:sz w:val="20"/>
          <w:szCs w:val="20"/>
        </w:rPr>
        <w:t>fortalecimiento</w:t>
      </w:r>
      <w:proofErr w:type="spellEnd"/>
      <w:r w:rsidRPr="006022CE">
        <w:rPr>
          <w:bCs/>
          <w:sz w:val="20"/>
          <w:szCs w:val="20"/>
        </w:rPr>
        <w:t xml:space="preserve"> de la </w:t>
      </w:r>
      <w:proofErr w:type="spellStart"/>
      <w:r w:rsidRPr="006022CE">
        <w:rPr>
          <w:bCs/>
          <w:sz w:val="20"/>
          <w:szCs w:val="20"/>
        </w:rPr>
        <w:t>capacidad</w:t>
      </w:r>
      <w:proofErr w:type="spellEnd"/>
      <w:r w:rsidRPr="006022CE">
        <w:rPr>
          <w:bCs/>
          <w:sz w:val="20"/>
          <w:szCs w:val="20"/>
        </w:rPr>
        <w:t xml:space="preserve"> </w:t>
      </w:r>
      <w:proofErr w:type="spellStart"/>
      <w:r w:rsidRPr="006022CE">
        <w:rPr>
          <w:bCs/>
          <w:sz w:val="20"/>
          <w:szCs w:val="20"/>
        </w:rPr>
        <w:t>investigativa</w:t>
      </w:r>
      <w:proofErr w:type="spellEnd"/>
      <w:r w:rsidRPr="006022CE">
        <w:rPr>
          <w:bCs/>
          <w:sz w:val="20"/>
          <w:szCs w:val="20"/>
        </w:rPr>
        <w:t xml:space="preserve"> y </w:t>
      </w:r>
      <w:proofErr w:type="spellStart"/>
      <w:r w:rsidRPr="006022CE">
        <w:rPr>
          <w:bCs/>
          <w:sz w:val="20"/>
          <w:szCs w:val="20"/>
        </w:rPr>
        <w:t>académica</w:t>
      </w:r>
      <w:proofErr w:type="spellEnd"/>
      <w:r w:rsidRPr="006022CE">
        <w:rPr>
          <w:bCs/>
          <w:sz w:val="20"/>
          <w:szCs w:val="20"/>
        </w:rPr>
        <w:t xml:space="preserve"> de la </w:t>
      </w:r>
      <w:proofErr w:type="spellStart"/>
      <w:r w:rsidRPr="006022CE">
        <w:rPr>
          <w:bCs/>
          <w:sz w:val="20"/>
          <w:szCs w:val="20"/>
        </w:rPr>
        <w:t>Facultad</w:t>
      </w:r>
      <w:proofErr w:type="spellEnd"/>
      <w:r w:rsidR="008E546D" w:rsidRPr="006022CE">
        <w:rPr>
          <w:bCs/>
          <w:sz w:val="20"/>
          <w:szCs w:val="20"/>
        </w:rPr>
        <w:t xml:space="preserve">, </w:t>
      </w:r>
      <w:proofErr w:type="spellStart"/>
      <w:r w:rsidR="008E546D" w:rsidRPr="006022CE">
        <w:rPr>
          <w:bCs/>
          <w:sz w:val="20"/>
          <w:szCs w:val="20"/>
        </w:rPr>
        <w:t>expresada</w:t>
      </w:r>
      <w:proofErr w:type="spellEnd"/>
      <w:r w:rsidR="008E546D" w:rsidRPr="006022CE">
        <w:rPr>
          <w:bCs/>
          <w:sz w:val="20"/>
          <w:szCs w:val="20"/>
        </w:rPr>
        <w:t xml:space="preserve"> </w:t>
      </w:r>
      <w:proofErr w:type="spellStart"/>
      <w:r w:rsidR="008E546D" w:rsidRPr="006022CE">
        <w:rPr>
          <w:bCs/>
          <w:sz w:val="20"/>
          <w:szCs w:val="20"/>
        </w:rPr>
        <w:t>concretamente</w:t>
      </w:r>
      <w:proofErr w:type="spellEnd"/>
      <w:r w:rsidR="008E546D" w:rsidRPr="006022CE">
        <w:rPr>
          <w:bCs/>
          <w:sz w:val="20"/>
          <w:szCs w:val="20"/>
        </w:rPr>
        <w:t xml:space="preserve"> </w:t>
      </w:r>
      <w:r w:rsidR="008E546D" w:rsidRPr="006022CE">
        <w:rPr>
          <w:bCs/>
          <w:color w:val="C0392B"/>
          <w:sz w:val="20"/>
          <w:szCs w:val="20"/>
        </w:rPr>
        <w:t>[</w:t>
      </w:r>
      <w:proofErr w:type="spellStart"/>
      <w:r w:rsidR="008E546D" w:rsidRPr="006022CE">
        <w:rPr>
          <w:i/>
          <w:color w:val="C0392B"/>
          <w:sz w:val="20"/>
          <w:szCs w:val="20"/>
        </w:rPr>
        <w:t>Explicitar</w:t>
      </w:r>
      <w:proofErr w:type="spellEnd"/>
      <w:r w:rsidR="008E546D" w:rsidRPr="006022CE">
        <w:rPr>
          <w:i/>
          <w:color w:val="C0392B"/>
          <w:sz w:val="20"/>
          <w:szCs w:val="20"/>
        </w:rPr>
        <w:t xml:space="preserve"> </w:t>
      </w:r>
      <w:proofErr w:type="spellStart"/>
      <w:r w:rsidR="008E546D" w:rsidRPr="006022CE">
        <w:rPr>
          <w:i/>
          <w:color w:val="C0392B"/>
          <w:sz w:val="20"/>
          <w:szCs w:val="20"/>
        </w:rPr>
        <w:t>explícitamente</w:t>
      </w:r>
      <w:proofErr w:type="spellEnd"/>
      <w:r w:rsidR="008E546D" w:rsidRPr="006022CE">
        <w:rPr>
          <w:i/>
          <w:color w:val="C0392B"/>
          <w:sz w:val="20"/>
          <w:szCs w:val="20"/>
        </w:rPr>
        <w:t xml:space="preserve"> </w:t>
      </w:r>
      <w:proofErr w:type="spellStart"/>
      <w:r w:rsidR="008E546D" w:rsidRPr="006022CE">
        <w:rPr>
          <w:i/>
          <w:color w:val="C0392B"/>
          <w:sz w:val="20"/>
          <w:szCs w:val="20"/>
        </w:rPr>
        <w:t>el</w:t>
      </w:r>
      <w:proofErr w:type="spellEnd"/>
      <w:r w:rsidR="008E546D" w:rsidRPr="006022CE">
        <w:rPr>
          <w:i/>
          <w:color w:val="C0392B"/>
          <w:sz w:val="20"/>
          <w:szCs w:val="20"/>
        </w:rPr>
        <w:t xml:space="preserve"> </w:t>
      </w:r>
      <w:proofErr w:type="spellStart"/>
      <w:r w:rsidR="008E546D" w:rsidRPr="006022CE">
        <w:rPr>
          <w:i/>
          <w:color w:val="C0392B"/>
          <w:sz w:val="20"/>
          <w:szCs w:val="20"/>
        </w:rPr>
        <w:t>aporte</w:t>
      </w:r>
      <w:proofErr w:type="spellEnd"/>
      <w:r w:rsidR="008E546D" w:rsidRPr="006022CE">
        <w:rPr>
          <w:i/>
          <w:color w:val="C0392B"/>
          <w:sz w:val="20"/>
          <w:szCs w:val="20"/>
        </w:rPr>
        <w:t xml:space="preserve"> </w:t>
      </w:r>
      <w:proofErr w:type="spellStart"/>
      <w:r w:rsidR="008E546D" w:rsidRPr="006022CE">
        <w:rPr>
          <w:i/>
          <w:color w:val="C0392B"/>
          <w:sz w:val="20"/>
          <w:szCs w:val="20"/>
        </w:rPr>
        <w:t>concreto</w:t>
      </w:r>
      <w:proofErr w:type="spellEnd"/>
      <w:r w:rsidR="008E546D" w:rsidRPr="006022CE">
        <w:rPr>
          <w:i/>
          <w:color w:val="C0392B"/>
          <w:sz w:val="20"/>
          <w:szCs w:val="20"/>
        </w:rPr>
        <w:t xml:space="preserve"> de la </w:t>
      </w:r>
      <w:proofErr w:type="spellStart"/>
      <w:r w:rsidR="008E546D" w:rsidRPr="006022CE">
        <w:rPr>
          <w:i/>
          <w:color w:val="C0392B"/>
          <w:sz w:val="20"/>
          <w:szCs w:val="20"/>
        </w:rPr>
        <w:t>propuesta</w:t>
      </w:r>
      <w:proofErr w:type="spellEnd"/>
      <w:r w:rsidR="008E546D" w:rsidRPr="006022CE">
        <w:rPr>
          <w:i/>
          <w:color w:val="C0392B"/>
          <w:sz w:val="20"/>
          <w:szCs w:val="20"/>
        </w:rPr>
        <w:t xml:space="preserve"> al </w:t>
      </w:r>
      <w:proofErr w:type="spellStart"/>
      <w:r w:rsidR="008E546D" w:rsidRPr="006022CE">
        <w:rPr>
          <w:i/>
          <w:color w:val="C0392B"/>
          <w:sz w:val="20"/>
          <w:szCs w:val="20"/>
        </w:rPr>
        <w:t>desarrollo</w:t>
      </w:r>
      <w:proofErr w:type="spellEnd"/>
      <w:r w:rsidR="008E546D" w:rsidRPr="006022CE">
        <w:rPr>
          <w:i/>
          <w:color w:val="C0392B"/>
          <w:sz w:val="20"/>
          <w:szCs w:val="20"/>
        </w:rPr>
        <w:t xml:space="preserve"> </w:t>
      </w:r>
      <w:proofErr w:type="spellStart"/>
      <w:r w:rsidR="008E546D" w:rsidRPr="006022CE">
        <w:rPr>
          <w:i/>
          <w:color w:val="C0392B"/>
          <w:sz w:val="20"/>
          <w:szCs w:val="20"/>
        </w:rPr>
        <w:t>académico</w:t>
      </w:r>
      <w:proofErr w:type="spellEnd"/>
      <w:r w:rsidR="008E546D" w:rsidRPr="006022CE">
        <w:rPr>
          <w:i/>
          <w:color w:val="C0392B"/>
          <w:sz w:val="20"/>
          <w:szCs w:val="20"/>
        </w:rPr>
        <w:t xml:space="preserve"> de la </w:t>
      </w:r>
      <w:proofErr w:type="spellStart"/>
      <w:r w:rsidR="008E546D" w:rsidRPr="006022CE">
        <w:rPr>
          <w:i/>
          <w:color w:val="C0392B"/>
          <w:sz w:val="20"/>
          <w:szCs w:val="20"/>
        </w:rPr>
        <w:t>Facultad</w:t>
      </w:r>
      <w:proofErr w:type="spellEnd"/>
      <w:r w:rsidR="008E546D" w:rsidRPr="006022CE">
        <w:rPr>
          <w:i/>
          <w:color w:val="C0392B"/>
          <w:sz w:val="20"/>
          <w:szCs w:val="20"/>
        </w:rPr>
        <w:t>/Unidad (</w:t>
      </w:r>
      <w:proofErr w:type="spellStart"/>
      <w:r w:rsidR="008E546D" w:rsidRPr="006022CE">
        <w:rPr>
          <w:i/>
          <w:color w:val="C0392B"/>
          <w:sz w:val="20"/>
          <w:szCs w:val="20"/>
        </w:rPr>
        <w:t>ej</w:t>
      </w:r>
      <w:proofErr w:type="spellEnd"/>
      <w:r w:rsidR="008E546D" w:rsidRPr="006022CE">
        <w:rPr>
          <w:i/>
          <w:color w:val="C0392B"/>
          <w:sz w:val="20"/>
          <w:szCs w:val="20"/>
        </w:rPr>
        <w:t xml:space="preserve">. </w:t>
      </w:r>
      <w:proofErr w:type="spellStart"/>
      <w:r w:rsidR="008E546D" w:rsidRPr="006022CE">
        <w:rPr>
          <w:i/>
          <w:color w:val="C0392B"/>
          <w:sz w:val="20"/>
          <w:szCs w:val="20"/>
        </w:rPr>
        <w:t>fortalecimiento</w:t>
      </w:r>
      <w:proofErr w:type="spellEnd"/>
      <w:r w:rsidR="008E546D" w:rsidRPr="006022CE">
        <w:rPr>
          <w:i/>
          <w:color w:val="C0392B"/>
          <w:sz w:val="20"/>
          <w:szCs w:val="20"/>
        </w:rPr>
        <w:t xml:space="preserve"> de </w:t>
      </w:r>
      <w:proofErr w:type="spellStart"/>
      <w:r w:rsidR="008E546D" w:rsidRPr="006022CE">
        <w:rPr>
          <w:i/>
          <w:color w:val="C0392B"/>
          <w:sz w:val="20"/>
          <w:szCs w:val="20"/>
        </w:rPr>
        <w:t>líneas</w:t>
      </w:r>
      <w:proofErr w:type="spellEnd"/>
      <w:r w:rsidR="008E546D" w:rsidRPr="006022CE">
        <w:rPr>
          <w:i/>
          <w:color w:val="C0392B"/>
          <w:sz w:val="20"/>
          <w:szCs w:val="20"/>
        </w:rPr>
        <w:t xml:space="preserve"> de </w:t>
      </w:r>
      <w:proofErr w:type="spellStart"/>
      <w:r w:rsidR="008E546D" w:rsidRPr="006022CE">
        <w:rPr>
          <w:i/>
          <w:color w:val="C0392B"/>
          <w:sz w:val="20"/>
          <w:szCs w:val="20"/>
        </w:rPr>
        <w:t>investigación</w:t>
      </w:r>
      <w:proofErr w:type="spellEnd"/>
      <w:r w:rsidR="008E546D" w:rsidRPr="006022CE">
        <w:rPr>
          <w:i/>
          <w:color w:val="C0392B"/>
          <w:sz w:val="20"/>
          <w:szCs w:val="20"/>
        </w:rPr>
        <w:t xml:space="preserve">, </w:t>
      </w:r>
      <w:proofErr w:type="spellStart"/>
      <w:r w:rsidR="008E546D" w:rsidRPr="006022CE">
        <w:rPr>
          <w:i/>
          <w:color w:val="C0392B"/>
          <w:sz w:val="20"/>
          <w:szCs w:val="20"/>
        </w:rPr>
        <w:t>formación</w:t>
      </w:r>
      <w:proofErr w:type="spellEnd"/>
      <w:r w:rsidR="008E546D" w:rsidRPr="006022CE">
        <w:rPr>
          <w:i/>
          <w:color w:val="C0392B"/>
          <w:sz w:val="20"/>
          <w:szCs w:val="20"/>
        </w:rPr>
        <w:t xml:space="preserve"> de </w:t>
      </w:r>
      <w:proofErr w:type="spellStart"/>
      <w:r w:rsidR="008E546D" w:rsidRPr="006022CE">
        <w:rPr>
          <w:i/>
          <w:color w:val="C0392B"/>
          <w:sz w:val="20"/>
          <w:szCs w:val="20"/>
        </w:rPr>
        <w:t>estudiantes</w:t>
      </w:r>
      <w:proofErr w:type="spellEnd"/>
      <w:r w:rsidR="008E546D" w:rsidRPr="006022CE">
        <w:rPr>
          <w:i/>
          <w:color w:val="C0392B"/>
          <w:sz w:val="20"/>
          <w:szCs w:val="20"/>
        </w:rPr>
        <w:t xml:space="preserve"> de pre/</w:t>
      </w:r>
      <w:proofErr w:type="spellStart"/>
      <w:r w:rsidR="008E546D" w:rsidRPr="006022CE">
        <w:rPr>
          <w:i/>
          <w:color w:val="C0392B"/>
          <w:sz w:val="20"/>
          <w:szCs w:val="20"/>
        </w:rPr>
        <w:t>postgrado</w:t>
      </w:r>
      <w:proofErr w:type="spellEnd"/>
      <w:r w:rsidR="008E546D" w:rsidRPr="006022CE">
        <w:rPr>
          <w:i/>
          <w:color w:val="C0392B"/>
          <w:sz w:val="20"/>
          <w:szCs w:val="20"/>
        </w:rPr>
        <w:t xml:space="preserve">, </w:t>
      </w:r>
      <w:proofErr w:type="spellStart"/>
      <w:r w:rsidR="008E546D" w:rsidRPr="006022CE">
        <w:rPr>
          <w:i/>
          <w:color w:val="C0392B"/>
          <w:sz w:val="20"/>
          <w:szCs w:val="20"/>
        </w:rPr>
        <w:t>publicaciones</w:t>
      </w:r>
      <w:proofErr w:type="spellEnd"/>
      <w:r w:rsidR="008E546D" w:rsidRPr="006022CE">
        <w:rPr>
          <w:i/>
          <w:color w:val="C0392B"/>
          <w:sz w:val="20"/>
          <w:szCs w:val="20"/>
        </w:rPr>
        <w:t xml:space="preserve"> </w:t>
      </w:r>
      <w:proofErr w:type="spellStart"/>
      <w:r w:rsidR="008E546D" w:rsidRPr="006022CE">
        <w:rPr>
          <w:i/>
          <w:color w:val="C0392B"/>
          <w:sz w:val="20"/>
          <w:szCs w:val="20"/>
        </w:rPr>
        <w:t>WoS</w:t>
      </w:r>
      <w:proofErr w:type="spellEnd"/>
      <w:r w:rsidR="008E546D" w:rsidRPr="006022CE">
        <w:rPr>
          <w:i/>
          <w:color w:val="C0392B"/>
          <w:sz w:val="20"/>
          <w:szCs w:val="20"/>
        </w:rPr>
        <w:t>/Scopus, etc.)]</w:t>
      </w:r>
    </w:p>
    <w:p w14:paraId="60B99115" w14:textId="42C21AE2" w:rsidR="009E57E9" w:rsidRPr="006022CE" w:rsidRDefault="00000000">
      <w:pPr>
        <w:jc w:val="both"/>
        <w:rPr>
          <w:bCs/>
          <w:sz w:val="20"/>
          <w:szCs w:val="20"/>
        </w:rPr>
      </w:pPr>
      <w:r w:rsidRPr="006022CE">
        <w:rPr>
          <w:bCs/>
          <w:sz w:val="20"/>
          <w:szCs w:val="20"/>
        </w:rPr>
        <w:t xml:space="preserve">De </w:t>
      </w:r>
      <w:proofErr w:type="spellStart"/>
      <w:r w:rsidRPr="006022CE">
        <w:rPr>
          <w:bCs/>
          <w:sz w:val="20"/>
          <w:szCs w:val="20"/>
        </w:rPr>
        <w:t>igual</w:t>
      </w:r>
      <w:proofErr w:type="spellEnd"/>
      <w:r w:rsidRPr="006022CE">
        <w:rPr>
          <w:bCs/>
          <w:sz w:val="20"/>
          <w:szCs w:val="20"/>
        </w:rPr>
        <w:t xml:space="preserve"> forma, </w:t>
      </w:r>
      <w:proofErr w:type="spellStart"/>
      <w:r w:rsidRPr="006022CE">
        <w:rPr>
          <w:bCs/>
          <w:sz w:val="20"/>
          <w:szCs w:val="20"/>
        </w:rPr>
        <w:t>respaldo</w:t>
      </w:r>
      <w:proofErr w:type="spellEnd"/>
      <w:r w:rsidRPr="006022CE">
        <w:rPr>
          <w:bCs/>
          <w:sz w:val="20"/>
          <w:szCs w:val="20"/>
        </w:rPr>
        <w:t xml:space="preserve"> de </w:t>
      </w:r>
      <w:proofErr w:type="spellStart"/>
      <w:r w:rsidRPr="006022CE">
        <w:rPr>
          <w:bCs/>
          <w:sz w:val="20"/>
          <w:szCs w:val="20"/>
        </w:rPr>
        <w:t>manera</w:t>
      </w:r>
      <w:proofErr w:type="spellEnd"/>
      <w:r w:rsidRPr="006022CE">
        <w:rPr>
          <w:bCs/>
          <w:sz w:val="20"/>
          <w:szCs w:val="20"/>
        </w:rPr>
        <w:t xml:space="preserve"> </w:t>
      </w:r>
      <w:proofErr w:type="spellStart"/>
      <w:r w:rsidRPr="006022CE">
        <w:rPr>
          <w:bCs/>
          <w:sz w:val="20"/>
          <w:szCs w:val="20"/>
        </w:rPr>
        <w:t>explícita</w:t>
      </w:r>
      <w:proofErr w:type="spellEnd"/>
      <w:r w:rsidRPr="006022CE">
        <w:rPr>
          <w:bCs/>
          <w:sz w:val="20"/>
          <w:szCs w:val="20"/>
        </w:rPr>
        <w:t xml:space="preserve"> </w:t>
      </w:r>
      <w:proofErr w:type="spellStart"/>
      <w:r w:rsidRPr="006022CE">
        <w:rPr>
          <w:bCs/>
          <w:sz w:val="20"/>
          <w:szCs w:val="20"/>
        </w:rPr>
        <w:t>el</w:t>
      </w:r>
      <w:proofErr w:type="spellEnd"/>
      <w:r w:rsidRPr="006022CE">
        <w:rPr>
          <w:bCs/>
          <w:sz w:val="20"/>
          <w:szCs w:val="20"/>
        </w:rPr>
        <w:t xml:space="preserve"> </w:t>
      </w:r>
      <w:proofErr w:type="spellStart"/>
      <w:r w:rsidRPr="006022CE">
        <w:rPr>
          <w:bCs/>
          <w:sz w:val="20"/>
          <w:szCs w:val="20"/>
        </w:rPr>
        <w:t>vínculo</w:t>
      </w:r>
      <w:proofErr w:type="spellEnd"/>
      <w:r w:rsidRPr="006022CE">
        <w:rPr>
          <w:bCs/>
          <w:sz w:val="20"/>
          <w:szCs w:val="20"/>
        </w:rPr>
        <w:t xml:space="preserve"> de nuestra unidad académica con la institución extranjera participante, </w:t>
      </w:r>
      <w:r w:rsidRPr="006022CE">
        <w:rPr>
          <w:bCs/>
          <w:color w:val="C0392B"/>
          <w:sz w:val="20"/>
          <w:szCs w:val="20"/>
        </w:rPr>
        <w:t>[Nombre de la Universidad / Institución Internacional]</w:t>
      </w:r>
      <w:r w:rsidRPr="006022CE">
        <w:rPr>
          <w:bCs/>
          <w:sz w:val="20"/>
          <w:szCs w:val="20"/>
        </w:rPr>
        <w:t xml:space="preserve">, representada en la propuesta por el/la co-investigador/a internacional </w:t>
      </w:r>
      <w:r w:rsidRPr="006022CE">
        <w:rPr>
          <w:bCs/>
          <w:color w:val="C0392B"/>
          <w:sz w:val="20"/>
          <w:szCs w:val="20"/>
        </w:rPr>
        <w:t>[Nombre del/de la Co-investigador/a Internacional]</w:t>
      </w:r>
      <w:r w:rsidRPr="006022CE">
        <w:rPr>
          <w:bCs/>
          <w:sz w:val="20"/>
          <w:szCs w:val="20"/>
        </w:rPr>
        <w:t xml:space="preserve">. </w:t>
      </w:r>
      <w:r w:rsidR="00421566" w:rsidRPr="006022CE">
        <w:rPr>
          <w:bCs/>
          <w:sz w:val="20"/>
          <w:szCs w:val="20"/>
        </w:rPr>
        <w:t xml:space="preserve">Como </w:t>
      </w:r>
      <w:proofErr w:type="spellStart"/>
      <w:r w:rsidRPr="006022CE">
        <w:rPr>
          <w:bCs/>
          <w:sz w:val="20"/>
          <w:szCs w:val="20"/>
        </w:rPr>
        <w:t>colaboración</w:t>
      </w:r>
      <w:proofErr w:type="spellEnd"/>
      <w:r w:rsidRPr="006022CE">
        <w:rPr>
          <w:bCs/>
          <w:sz w:val="20"/>
          <w:szCs w:val="20"/>
        </w:rPr>
        <w:t xml:space="preserve"> </w:t>
      </w:r>
      <w:proofErr w:type="spellStart"/>
      <w:r w:rsidRPr="006022CE">
        <w:rPr>
          <w:bCs/>
          <w:sz w:val="20"/>
          <w:szCs w:val="20"/>
        </w:rPr>
        <w:t>internacional</w:t>
      </w:r>
      <w:proofErr w:type="spellEnd"/>
      <w:r w:rsidRPr="006022CE">
        <w:rPr>
          <w:bCs/>
          <w:sz w:val="20"/>
          <w:szCs w:val="20"/>
        </w:rPr>
        <w:t xml:space="preserve"> </w:t>
      </w:r>
      <w:r w:rsidR="00421566" w:rsidRPr="006022CE">
        <w:rPr>
          <w:bCs/>
          <w:sz w:val="20"/>
          <w:szCs w:val="20"/>
        </w:rPr>
        <w:t xml:space="preserve">que </w:t>
      </w:r>
      <w:proofErr w:type="spellStart"/>
      <w:r w:rsidRPr="006022CE">
        <w:rPr>
          <w:bCs/>
          <w:sz w:val="20"/>
          <w:szCs w:val="20"/>
        </w:rPr>
        <w:t>aportará</w:t>
      </w:r>
      <w:proofErr w:type="spellEnd"/>
      <w:r w:rsidRPr="006022CE">
        <w:rPr>
          <w:bCs/>
          <w:sz w:val="20"/>
          <w:szCs w:val="20"/>
        </w:rPr>
        <w:t xml:space="preserve"> a la </w:t>
      </w:r>
      <w:proofErr w:type="spellStart"/>
      <w:r w:rsidRPr="006022CE">
        <w:rPr>
          <w:bCs/>
          <w:sz w:val="20"/>
          <w:szCs w:val="20"/>
        </w:rPr>
        <w:t>proyección</w:t>
      </w:r>
      <w:proofErr w:type="spellEnd"/>
      <w:r w:rsidRPr="006022CE">
        <w:rPr>
          <w:bCs/>
          <w:sz w:val="20"/>
          <w:szCs w:val="20"/>
        </w:rPr>
        <w:t xml:space="preserve"> externa de la </w:t>
      </w:r>
      <w:proofErr w:type="spellStart"/>
      <w:r w:rsidRPr="006022CE">
        <w:rPr>
          <w:bCs/>
          <w:sz w:val="20"/>
          <w:szCs w:val="20"/>
        </w:rPr>
        <w:t>investigación</w:t>
      </w:r>
      <w:proofErr w:type="spellEnd"/>
      <w:r w:rsidRPr="006022CE">
        <w:rPr>
          <w:bCs/>
          <w:sz w:val="20"/>
          <w:szCs w:val="20"/>
        </w:rPr>
        <w:t xml:space="preserve"> </w:t>
      </w:r>
      <w:proofErr w:type="spellStart"/>
      <w:r w:rsidRPr="006022CE">
        <w:rPr>
          <w:bCs/>
          <w:sz w:val="20"/>
          <w:szCs w:val="20"/>
        </w:rPr>
        <w:t>desarrollada</w:t>
      </w:r>
      <w:proofErr w:type="spellEnd"/>
      <w:r w:rsidRPr="006022CE">
        <w:rPr>
          <w:bCs/>
          <w:sz w:val="20"/>
          <w:szCs w:val="20"/>
        </w:rPr>
        <w:t xml:space="preserve"> </w:t>
      </w:r>
      <w:proofErr w:type="spellStart"/>
      <w:r w:rsidRPr="006022CE">
        <w:rPr>
          <w:bCs/>
          <w:sz w:val="20"/>
          <w:szCs w:val="20"/>
        </w:rPr>
        <w:t>en</w:t>
      </w:r>
      <w:proofErr w:type="spellEnd"/>
      <w:r w:rsidRPr="006022CE">
        <w:rPr>
          <w:bCs/>
          <w:sz w:val="20"/>
          <w:szCs w:val="20"/>
        </w:rPr>
        <w:t xml:space="preserve"> la Universidad Finis</w:t>
      </w:r>
      <w:r w:rsidR="00421566" w:rsidRPr="006022CE">
        <w:rPr>
          <w:bCs/>
          <w:sz w:val="20"/>
          <w:szCs w:val="20"/>
        </w:rPr>
        <w:t xml:space="preserve"> Terrae.</w:t>
      </w:r>
    </w:p>
    <w:p w14:paraId="49FFABA5" w14:textId="77777777" w:rsidR="009E57E9" w:rsidRPr="006022CE" w:rsidRDefault="00000000">
      <w:pPr>
        <w:jc w:val="both"/>
        <w:rPr>
          <w:bCs/>
          <w:sz w:val="20"/>
          <w:szCs w:val="20"/>
        </w:rPr>
      </w:pPr>
      <w:r w:rsidRPr="006022CE">
        <w:rPr>
          <w:bCs/>
          <w:sz w:val="20"/>
          <w:szCs w:val="20"/>
        </w:rPr>
        <w:t>Finalmente, declaro que el/la postulante cumple rigurosamente con las exigencias del concurso, encontrándose jerarquizado/a (o en proceso acreditado de jerarquización) y al día con sus compromisos y desempeño académico vigentes institucionales.</w:t>
      </w:r>
    </w:p>
    <w:p w14:paraId="7068AAAF" w14:textId="77777777" w:rsidR="009E57E9" w:rsidRPr="006022CE" w:rsidRDefault="00000000">
      <w:pPr>
        <w:spacing w:before="120"/>
        <w:rPr>
          <w:sz w:val="20"/>
          <w:szCs w:val="20"/>
        </w:rPr>
      </w:pPr>
      <w:r w:rsidRPr="006022CE">
        <w:rPr>
          <w:sz w:val="20"/>
          <w:szCs w:val="20"/>
        </w:rPr>
        <w:t>Se extiende la presente carta para ser acompañada al formulario de postulación del Concurso CICI 2026.</w:t>
      </w:r>
    </w:p>
    <w:p w14:paraId="7A69024B" w14:textId="77777777" w:rsidR="009E57E9" w:rsidRPr="006022CE" w:rsidRDefault="009E57E9">
      <w:pPr>
        <w:rPr>
          <w:sz w:val="20"/>
          <w:szCs w:val="20"/>
        </w:rPr>
      </w:pPr>
    </w:p>
    <w:p w14:paraId="2989E7DD" w14:textId="77777777" w:rsidR="009E57E9" w:rsidRPr="006022CE" w:rsidRDefault="009E57E9">
      <w:pPr>
        <w:rPr>
          <w:sz w:val="20"/>
          <w:szCs w:val="20"/>
        </w:rPr>
      </w:pPr>
      <w:bookmarkStart w:id="0" w:name="_Hlk236747822"/>
    </w:p>
    <w:p w14:paraId="2A90E36D" w14:textId="77777777" w:rsidR="009E57E9" w:rsidRPr="006022CE" w:rsidRDefault="00000000">
      <w:pPr>
        <w:spacing w:after="40"/>
        <w:jc w:val="center"/>
        <w:rPr>
          <w:sz w:val="20"/>
          <w:szCs w:val="20"/>
        </w:rPr>
      </w:pPr>
      <w:r w:rsidRPr="006022CE">
        <w:rPr>
          <w:b/>
          <w:sz w:val="20"/>
          <w:szCs w:val="20"/>
        </w:rPr>
        <w:t>____________________________________________________</w:t>
      </w:r>
    </w:p>
    <w:p w14:paraId="137193C8" w14:textId="77777777" w:rsidR="009E57E9" w:rsidRPr="006022CE" w:rsidRDefault="00000000">
      <w:pPr>
        <w:spacing w:after="40"/>
        <w:jc w:val="center"/>
        <w:rPr>
          <w:color w:val="404040" w:themeColor="text1" w:themeTint="BF"/>
          <w:sz w:val="20"/>
          <w:szCs w:val="20"/>
        </w:rPr>
      </w:pPr>
      <w:r w:rsidRPr="006022CE">
        <w:rPr>
          <w:b/>
          <w:color w:val="404040" w:themeColor="text1" w:themeTint="BF"/>
          <w:sz w:val="20"/>
          <w:szCs w:val="20"/>
        </w:rPr>
        <w:t>[Nombre del Decano/a]</w:t>
      </w:r>
    </w:p>
    <w:p w14:paraId="073F2891" w14:textId="77777777" w:rsidR="009E57E9" w:rsidRPr="006022CE" w:rsidRDefault="00000000">
      <w:pPr>
        <w:spacing w:after="40"/>
        <w:jc w:val="center"/>
        <w:rPr>
          <w:sz w:val="20"/>
          <w:szCs w:val="20"/>
        </w:rPr>
      </w:pPr>
      <w:r w:rsidRPr="006022CE">
        <w:rPr>
          <w:sz w:val="20"/>
          <w:szCs w:val="20"/>
        </w:rPr>
        <w:t>Decano(a) Facultad de [Nombre de la Facultad]</w:t>
      </w:r>
    </w:p>
    <w:p w14:paraId="1D03EC0A" w14:textId="77777777" w:rsidR="009E57E9" w:rsidRPr="006022CE" w:rsidRDefault="00000000">
      <w:pPr>
        <w:jc w:val="center"/>
        <w:rPr>
          <w:sz w:val="20"/>
          <w:szCs w:val="20"/>
        </w:rPr>
      </w:pPr>
      <w:r w:rsidRPr="006022CE">
        <w:rPr>
          <w:sz w:val="20"/>
          <w:szCs w:val="20"/>
        </w:rPr>
        <w:t>Universidad Finis Terrae</w:t>
      </w:r>
      <w:bookmarkEnd w:id="0"/>
    </w:p>
    <w:sectPr w:rsidR="009E57E9" w:rsidRPr="006022CE" w:rsidSect="00034616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15D8C" w14:textId="77777777" w:rsidR="00C30D16" w:rsidRDefault="00C30D16" w:rsidP="00E22912">
      <w:pPr>
        <w:spacing w:after="0" w:line="240" w:lineRule="auto"/>
      </w:pPr>
      <w:r>
        <w:separator/>
      </w:r>
    </w:p>
  </w:endnote>
  <w:endnote w:type="continuationSeparator" w:id="0">
    <w:p w14:paraId="50A0A98F" w14:textId="77777777" w:rsidR="00C30D16" w:rsidRDefault="00C30D16" w:rsidP="00E22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mo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6002A" w14:textId="6C7CA85E" w:rsidR="006E29F2" w:rsidRDefault="006E29F2">
    <w:pPr>
      <w:pStyle w:val="Piedepgina"/>
    </w:pPr>
    <w:r>
      <w:rPr>
        <w:rFonts w:ascii="Arimo" w:eastAsia="Arimo" w:hAnsi="Arimo" w:cs="Arimo"/>
        <w:color w:val="00B7EB"/>
      </w:rPr>
      <w:tab/>
    </w:r>
    <w:r>
      <w:rPr>
        <w:rFonts w:ascii="Arimo" w:eastAsia="Arimo" w:hAnsi="Arimo" w:cs="Arimo"/>
        <w:color w:val="00B7EB"/>
      </w:rPr>
      <w:tab/>
      <w:t>El ser humano al centro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FEB44" w14:textId="77777777" w:rsidR="00C30D16" w:rsidRDefault="00C30D16" w:rsidP="00E22912">
      <w:pPr>
        <w:spacing w:after="0" w:line="240" w:lineRule="auto"/>
      </w:pPr>
      <w:r>
        <w:separator/>
      </w:r>
    </w:p>
  </w:footnote>
  <w:footnote w:type="continuationSeparator" w:id="0">
    <w:p w14:paraId="02FAE1E0" w14:textId="77777777" w:rsidR="00C30D16" w:rsidRDefault="00C30D16" w:rsidP="00E229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51AC5" w14:textId="0F1772EC" w:rsidR="00E22912" w:rsidRDefault="00E22912">
    <w:pPr>
      <w:pStyle w:val="Encabezado"/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11A087E0" wp14:editId="5689626F">
          <wp:simplePos x="0" y="0"/>
          <wp:positionH relativeFrom="page">
            <wp:posOffset>914400</wp:posOffset>
          </wp:positionH>
          <wp:positionV relativeFrom="page">
            <wp:posOffset>457200</wp:posOffset>
          </wp:positionV>
          <wp:extent cx="1631259" cy="57558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31259" cy="5755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11259661">
    <w:abstractNumId w:val="8"/>
  </w:num>
  <w:num w:numId="2" w16cid:durableId="1990555204">
    <w:abstractNumId w:val="6"/>
  </w:num>
  <w:num w:numId="3" w16cid:durableId="2058241199">
    <w:abstractNumId w:val="5"/>
  </w:num>
  <w:num w:numId="4" w16cid:durableId="995377224">
    <w:abstractNumId w:val="4"/>
  </w:num>
  <w:num w:numId="5" w16cid:durableId="408625505">
    <w:abstractNumId w:val="7"/>
  </w:num>
  <w:num w:numId="6" w16cid:durableId="1437864381">
    <w:abstractNumId w:val="3"/>
  </w:num>
  <w:num w:numId="7" w16cid:durableId="1555434477">
    <w:abstractNumId w:val="2"/>
  </w:num>
  <w:num w:numId="8" w16cid:durableId="54620696">
    <w:abstractNumId w:val="1"/>
  </w:num>
  <w:num w:numId="9" w16cid:durableId="765072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467C0"/>
    <w:rsid w:val="00421566"/>
    <w:rsid w:val="004C4D14"/>
    <w:rsid w:val="005151DA"/>
    <w:rsid w:val="006022CE"/>
    <w:rsid w:val="006663B1"/>
    <w:rsid w:val="006E29F2"/>
    <w:rsid w:val="00703630"/>
    <w:rsid w:val="008E546D"/>
    <w:rsid w:val="009E57E9"/>
    <w:rsid w:val="00AA1D8D"/>
    <w:rsid w:val="00AB5E41"/>
    <w:rsid w:val="00B47730"/>
    <w:rsid w:val="00C30D16"/>
    <w:rsid w:val="00CB0664"/>
    <w:rsid w:val="00E00765"/>
    <w:rsid w:val="00E2291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7636FC"/>
  <w14:defaultImageDpi w14:val="300"/>
  <w15:docId w15:val="{B99FB11D-AE27-4540-824E-E7BC7F988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60"/>
    </w:pPr>
    <w:rPr>
      <w:rFonts w:ascii="Calibri" w:hAnsi="Calibri"/>
      <w:color w:val="333333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359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Carolina Fernández</cp:lastModifiedBy>
  <cp:revision>9</cp:revision>
  <dcterms:created xsi:type="dcterms:W3CDTF">2013-12-23T23:15:00Z</dcterms:created>
  <dcterms:modified xsi:type="dcterms:W3CDTF">2026-08-04T19:16:00Z</dcterms:modified>
  <cp:category/>
</cp:coreProperties>
</file>