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/>
        <w:sectPr>
          <w:pgSz w:h="15840" w:w="12240" w:orient="portrait"/>
          <w:pgMar w:bottom="0" w:top="0" w:left="0" w:right="0" w:header="360" w:footer="360"/>
          <w:pgNumType w:start="1"/>
        </w:sectPr>
      </w:pPr>
      <w:r w:rsidDel="00000000" w:rsidR="00000000" w:rsidRPr="00000000">
        <w:rPr/>
        <w:drawing>
          <wp:inline distB="114300" distT="114300" distL="114300" distR="114300">
            <wp:extent cx="7772400" cy="100584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18"/>
          <w:szCs w:val="18"/>
          <w:u w:val="single"/>
          <w:rtl w:val="0"/>
        </w:rPr>
        <w:t xml:space="preserve">Dirección de Innovación y Transferencia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59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18"/>
          <w:szCs w:val="18"/>
          <w:u w:val="single"/>
          <w:rtl w:val="0"/>
        </w:rPr>
        <w:t xml:space="preserve">Fondo de Apoyo para Instituto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s y 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18"/>
          <w:szCs w:val="18"/>
          <w:u w:val="single"/>
          <w:rtl w:val="0"/>
        </w:rPr>
        <w:t xml:space="preserve">Centros de Investigación, Creación Artística e Innovación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="259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28"/>
          <w:szCs w:val="28"/>
          <w:rtl w:val="0"/>
        </w:rPr>
        <w:t xml:space="preserve">ANEXO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60" w:line="259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26"/>
          <w:szCs w:val="26"/>
          <w:rtl w:val="0"/>
        </w:rPr>
        <w:t xml:space="preserve">CARTA DE RESPALDO DE LA FACULTAD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color w:val="0b3a53"/>
          <w:sz w:val="20"/>
          <w:szCs w:val="20"/>
          <w:rtl w:val="0"/>
        </w:rPr>
        <w:t xml:space="preserve">La presente carta deberá ser completada y firmada por el/la Decano/a de la facultad correspondiente, como respaldo institucional a la postulación del Instituto o 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color w:val="0b3a53"/>
          <w:sz w:val="20"/>
          <w:szCs w:val="20"/>
          <w:rtl w:val="0"/>
        </w:rPr>
        <w:t xml:space="preserve">entro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, y a los lineamientos de las normativas de centros y unidades especializadas</w:t>
      </w:r>
      <w:r w:rsidDel="00000000" w:rsidR="00000000" w:rsidRPr="00000000">
        <w:rPr>
          <w:rFonts w:ascii="Roboto" w:cs="Roboto" w:eastAsia="Roboto" w:hAnsi="Roboto"/>
          <w:b w:val="0"/>
          <w:bCs w:val="0"/>
          <w:i w:val="1"/>
          <w:iCs w:val="1"/>
          <w:color w:val="0b3a53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10166.0" w:type="dxa"/>
        <w:jc w:val="center"/>
        <w:tblLayout w:type="fixed"/>
        <w:tblLook w:val="0400"/>
      </w:tblPr>
      <w:tblGrid>
        <w:gridCol w:w="10166"/>
        <w:tblGridChange w:id="0">
          <w:tblGrid>
            <w:gridCol w:w="101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0a8d2" w:space="0" w:sz="12" w:val="single"/>
              <w:left w:color="20a8d2" w:space="0" w:sz="12" w:val="single"/>
              <w:bottom w:color="20a8d2" w:space="0" w:sz="12" w:val="single"/>
              <w:right w:color="20a8d2" w:space="0" w:sz="12" w:val="single"/>
            </w:tcBorders>
            <w:shd w:fill="ddeff7" w:val="clear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1"/>
                <w:iCs w:val="1"/>
                <w:color w:val="0b3a53"/>
                <w:sz w:val="18"/>
                <w:szCs w:val="18"/>
                <w:rtl w:val="0"/>
              </w:rPr>
              <w:t xml:space="preserve">Este anexo es obligatorio y deberá adjuntarse junto con el Formulario de postulación y el Presupuesto. Su firma no implica la asignación automática de recursos adicionales por parte de la Facultad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60" w:before="240" w:lineRule="auto"/>
        <w:ind w:left="0" w:firstLine="0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24"/>
          <w:szCs w:val="24"/>
          <w:rtl w:val="0"/>
        </w:rPr>
        <w:t xml:space="preserve">I.    IDENTIFICACIÓN DE LA PROPUESTA</w:t>
      </w:r>
      <w:r w:rsidDel="00000000" w:rsidR="00000000" w:rsidRPr="00000000">
        <w:rPr>
          <w:rtl w:val="0"/>
        </w:rPr>
      </w:r>
    </w:p>
    <w:tbl>
      <w:tblPr>
        <w:tblStyle w:val="Table2"/>
        <w:tblW w:w="10166.0" w:type="dxa"/>
        <w:jc w:val="center"/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deff7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Nombre del  Institu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 / C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entro propuesto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deff7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Tipo de Instituto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/ C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entro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Investigación / Creación artística / Innovación /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Instituto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deff7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Facultad 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deff7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Decano/a que respalda la propuesta de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creación/instalación del centro o instituto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deff7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Director/a o persona responsable del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Instituto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 o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entro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deff7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MAPDA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160" w:before="240" w:lineRule="auto"/>
        <w:ind w:left="0" w:firstLine="0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24"/>
          <w:szCs w:val="24"/>
          <w:rtl w:val="0"/>
        </w:rPr>
        <w:t xml:space="preserve">II.    MODELO DE CARTA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line="259" w:lineRule="auto"/>
        <w:jc w:val="righ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[Ciudad], [fecha]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59" w:lineRule="auto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Señores/as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59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20"/>
          <w:szCs w:val="20"/>
          <w:rtl w:val="0"/>
        </w:rPr>
        <w:t xml:space="preserve">Vicerrectoría de Investigación, Creación Artística e Innovación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59" w:lineRule="auto"/>
        <w:rPr/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color w:val="0b3a53"/>
          <w:sz w:val="20"/>
          <w:szCs w:val="20"/>
          <w:rtl w:val="0"/>
        </w:rPr>
        <w:t xml:space="preserve">Universidad Finis Terrae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59" w:lineRule="auto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Presente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8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De mi consideración: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40" w:line="259" w:lineRule="auto"/>
        <w:jc w:val="both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Por medio de la presente, en mi calidad de Decano/a de la Facultad de [nombre de la Facultad], manifiesto el respaldo institucional de esta Facultad a la postulación denominada “[nombre del centro o propuesta]”, presentada al Fondo de Apoyo para Institutos y Centros de Investigación, Creación Artística e Innovación de la Universidad Finis Terrae y declaro </w:t>
      </w:r>
      <w:r w:rsidDel="00000000" w:rsidR="00000000" w:rsidRPr="00000000">
        <w:rPr>
          <w:sz w:val="20"/>
          <w:szCs w:val="20"/>
          <w:rtl w:val="0"/>
        </w:rPr>
        <w:t xml:space="preserve">estar de acuerdo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 respecto a los </w:t>
      </w:r>
      <w:r w:rsidDel="00000000" w:rsidR="00000000" w:rsidRPr="00000000">
        <w:rPr>
          <w:sz w:val="20"/>
          <w:szCs w:val="20"/>
          <w:rtl w:val="0"/>
        </w:rPr>
        <w:t xml:space="preserve">lineamientos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 de la normativa de centros y unidades especializadas.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40" w:line="259" w:lineRule="auto"/>
        <w:jc w:val="both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La propuesta busca contribuir a la creación, instalación, consolidación o fortalecimiento de un instituto o centro especializado en el ámbito de [investigación / creación artística / innovación</w:t>
      </w:r>
      <w:r w:rsidDel="00000000" w:rsidR="00000000" w:rsidRPr="00000000">
        <w:rPr>
          <w:sz w:val="20"/>
          <w:szCs w:val="20"/>
          <w:rtl w:val="0"/>
        </w:rPr>
        <w:t xml:space="preserve"> / Instituto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], articulando capacidades académicas, líneas de trabajo, proyectos, redes y resultados verificables, en coherencia con los lineamientos del Proyecto Finis Hub, las MAPDAs y las prioridades institucionales de la Universidad.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40" w:line="259" w:lineRule="auto"/>
        <w:jc w:val="both"/>
        <w:rPr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Asimismo, esta Facultad declara conocer los objetivos, actividades, equipo responsable, presupuesto solicitado, resultados esperados e indicadores comprometidos en la propuesta, y considera que la iniciativa resulta </w:t>
      </w:r>
      <w:r w:rsidDel="00000000" w:rsidR="00000000" w:rsidRPr="00000000">
        <w:rPr>
          <w:sz w:val="20"/>
          <w:szCs w:val="20"/>
          <w:rtl w:val="0"/>
        </w:rPr>
        <w:t xml:space="preserve">pertinente para el desarrollo académico e institucional de la unidad.</w:t>
      </w:r>
    </w:p>
    <w:p w:rsidR="00000000" w:rsidDel="00000000" w:rsidP="00000000" w:rsidRDefault="00000000" w:rsidRPr="00000000" w14:paraId="00000020">
      <w:pPr>
        <w:spacing w:after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Declaro, asimismo, que la propuesta no cuenta con financiamiento paralelo vigente ni solicitado para las mismas actividades, ítems o resultados comprometidos en esta postulación. En caso de existir recursos complementarios asociados al Instituto o Centro, estos deberán ser informados y diferenciados expresamente en la postulación.</w:t>
      </w:r>
    </w:p>
    <w:p w:rsidR="00000000" w:rsidDel="00000000" w:rsidP="00000000" w:rsidRDefault="00000000" w:rsidRPr="00000000" w14:paraId="00000021">
      <w:pPr>
        <w:spacing w:after="140" w:line="259" w:lineRule="auto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La Facultad compromete su apoyo para facilitar, dentro de sus posibilidades y atribuciones, la adecuada ejecución, seguimiento y proyección de la propuesta, la creación, instalación o consolidación del instituto o centro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, así como su articulación con las líneas de trabajo, capacidades y prioridades académicas correspondientes.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40" w:line="259" w:lineRule="auto"/>
        <w:jc w:val="both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Finalmente, se deja constancia de que esta carta de respaldo no implica la asignación automática de recursos adicionales por parte de la Facultad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60" w:line="259" w:lineRule="auto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Sin otro particular, saluda atentamente,</w:t>
      </w:r>
      <w:r w:rsidDel="00000000" w:rsidR="00000000" w:rsidRPr="00000000">
        <w:rPr>
          <w:rtl w:val="0"/>
        </w:rPr>
      </w:r>
    </w:p>
    <w:tbl>
      <w:tblPr>
        <w:tblStyle w:val="Table3"/>
        <w:tblW w:w="10166.0" w:type="dxa"/>
        <w:jc w:val="center"/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Nombre: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[nombre del/de la Decano/a]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Cargo: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Decano/a Facultad de [nombre de la Facultad]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Facultad: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Facultad de [nombre de la Facultad]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Universidad: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Universidad Finis Terrae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color w:val="0b3a53"/>
                <w:sz w:val="18"/>
                <w:szCs w:val="18"/>
                <w:rtl w:val="0"/>
              </w:rPr>
              <w:t xml:space="preserve">Firma y timbre: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E">
      <w:pPr>
        <w:spacing w:after="0" w:before="320" w:lineRule="auto"/>
        <w:jc w:val="center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color w:val="0b3a53"/>
          <w:sz w:val="20"/>
          <w:szCs w:val="20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 w:orient="portrait"/>
      <w:pgMar w:bottom="835" w:top="893" w:left="1037" w:right="1037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b3a5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140.0" w:type="dxa"/>
      <w:jc w:val="right"/>
      <w:tblLayout w:type="fixed"/>
      <w:tblLook w:val="0400"/>
    </w:tblPr>
    <w:tblGrid>
      <w:gridCol w:w="9690"/>
      <w:gridCol w:w="450"/>
      <w:tblGridChange w:id="0">
        <w:tblGrid>
          <w:gridCol w:w="9690"/>
          <w:gridCol w:w="45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31">
          <w:pPr>
            <w:spacing w:after="0" w:lineRule="auto"/>
            <w:jc w:val="right"/>
            <w:rPr/>
          </w:pPr>
          <w:r w:rsidDel="00000000" w:rsidR="00000000" w:rsidRPr="00000000">
            <w:rPr>
              <w:rFonts w:ascii="Roboto" w:cs="Roboto" w:eastAsia="Roboto" w:hAnsi="Roboto"/>
              <w:b w:val="0"/>
              <w:bCs w:val="0"/>
              <w:i w:val="0"/>
              <w:iCs w:val="0"/>
              <w:color w:val="0b3a53"/>
              <w:sz w:val="14"/>
              <w:szCs w:val="14"/>
              <w:rtl w:val="0"/>
            </w:rPr>
            <w:t xml:space="preserve">ANEXO 3 - CARTA D</w:t>
          </w:r>
          <w:r w:rsidDel="00000000" w:rsidR="00000000" w:rsidRPr="00000000">
            <w:rPr>
              <w:sz w:val="14"/>
              <w:szCs w:val="14"/>
              <w:rtl w:val="0"/>
            </w:rPr>
            <w:t xml:space="preserve">E RESPALDO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20a8d2" w:val="clear"/>
          <w:vAlign w:val="center"/>
        </w:tcPr>
        <w:p w:rsidR="00000000" w:rsidDel="00000000" w:rsidP="00000000" w:rsidRDefault="00000000" w:rsidRPr="00000000" w14:paraId="00000032">
          <w:pPr>
            <w:spacing w:after="0" w:lineRule="auto"/>
            <w:jc w:val="center"/>
            <w:rPr/>
          </w:pPr>
          <w:r w:rsidDel="00000000" w:rsidR="00000000" w:rsidRPr="00000000">
            <w:rPr>
              <w:rFonts w:ascii="Roboto" w:cs="Roboto" w:eastAsia="Roboto" w:hAnsi="Roboto"/>
              <w:b w:val="0"/>
              <w:bCs w:val="0"/>
              <w:i w:val="0"/>
              <w:iCs w:val="0"/>
              <w:color w:val="000000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b3a5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b3a53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1417320" cy="52493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7320" cy="5249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0b3a53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58Hs10Q3T+E49IBLmlaJY2j6w==">CgMxLjA4AHIhMWhzZVZDZlpoV2RDakxvMHJ2VjhWUlpqLXhHbmUydG5R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Universidad Finis Terrae</dc:creator>
</cp:coreProperties>
</file>